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Questionnaire pour votre site web</w:t>
      </w:r>
    </w:p>
    <w:p>
      <w:r>
        <w:t>Présentez votre activité et vos attentes pour préparer notre premier échange. Les réponses ne constituent ni une commande ni un devis. Vous pouvez laisser ouvertes les questions encore indécises.</w:t>
      </w:r>
    </w:p>
    <w:p>
      <w:pPr>
        <w:pStyle w:val="Heading1"/>
      </w:pPr>
      <w:r>
        <w:t>1 Votre activité</w:t>
      </w:r>
    </w:p>
    <w:p>
      <w:pPr>
        <w:keepNext/>
      </w:pPr>
      <w:r>
        <w:rPr>
          <w:b/>
        </w:rPr>
        <w:t>Nom de votre activité et personne à contacter</w:t>
      </w:r>
    </w:p>
    <w:p>
      <w:r>
        <w:rPr>
          <w:b w:val="0"/>
        </w:rPr>
        <w:t>________________________________________________________________________</w:t>
      </w:r>
    </w:p>
    <w:p>
      <w:pPr>
        <w:keepNext/>
      </w:pPr>
      <w:r>
        <w:rPr>
          <w:b/>
        </w:rPr>
        <w:t>Votre adresse e-mail professionnelle</w:t>
      </w:r>
    </w:p>
    <w:p>
      <w:r>
        <w:rPr>
          <w:b w:val="0"/>
        </w:rPr>
        <w:t>________________________________________________________________________</w:t>
      </w:r>
    </w:p>
    <w:p>
      <w:pPr>
        <w:keepNext/>
      </w:pPr>
      <w:r>
        <w:rPr>
          <w:b/>
        </w:rPr>
        <w:t>Que proposez-vous et à qui souhaitez-vous vous adresser ?</w:t>
      </w:r>
    </w:p>
    <w:p>
      <w:r>
        <w:rPr>
          <w:b w:val="0"/>
        </w:rPr>
        <w:t>________________________________________________________________________</w:t>
      </w:r>
    </w:p>
    <w:p>
      <w:r>
        <w:rPr>
          <w:b w:val="0"/>
        </w:rPr>
        <w:t>________________________________________________________________________</w:t>
      </w:r>
    </w:p>
    <w:p>
      <w:pPr>
        <w:pStyle w:val="Heading1"/>
      </w:pPr>
      <w:r>
        <w:t>2 Votre objectif et votre identité</w:t>
      </w:r>
    </w:p>
    <w:p>
      <w:pPr>
        <w:keepNext/>
      </w:pPr>
      <w:r>
        <w:rPr>
          <w:b/>
        </w:rPr>
        <w:t>Que doivent pouvoir faire les visiteurs ? Exemples : découvrir vos services, réserver, vous contacter.</w:t>
      </w:r>
    </w:p>
    <w:p>
      <w:r>
        <w:rPr>
          <w:b w:val="0"/>
        </w:rPr>
        <w:t>________________________________________________________________________</w:t>
      </w:r>
    </w:p>
    <w:p>
      <w:r>
        <w:rPr>
          <w:b w:val="0"/>
        </w:rPr>
        <w:t>________________________________________________________________________</w:t>
      </w:r>
    </w:p>
    <w:p>
      <w:pPr>
        <w:keepNext/>
      </w:pPr>
      <w:r>
        <w:rPr>
          <w:b/>
        </w:rPr>
        <w:t>Avez-vous déjà un site, un logo, des couleurs ou des exemples de sites que vous aimez ?</w:t>
      </w:r>
    </w:p>
    <w:p>
      <w:r>
        <w:rPr>
          <w:b w:val="0"/>
        </w:rPr>
        <w:t>________________________________________________________________________</w:t>
      </w:r>
    </w:p>
    <w:p>
      <w:r>
        <w:rPr>
          <w:b w:val="0"/>
        </w:rPr>
        <w:t>________________________________________________________________________</w:t>
      </w:r>
    </w:p>
    <w:p>
      <w:pPr>
        <w:keepNext/>
      </w:pPr>
      <w:r>
        <w:rPr>
          <w:b/>
        </w:rPr>
        <w:t>Les pages souhaitées : accueil, services, carte, galerie, présentation, contact ou autres</w:t>
      </w:r>
    </w:p>
    <w:p>
      <w:r>
        <w:rPr>
          <w:b w:val="0"/>
        </w:rPr>
        <w:t>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3 Les contenus et les fonctionnalités</w:t>
      </w:r>
    </w:p>
    <w:p>
      <w:pPr>
        <w:keepNext/>
      </w:pPr>
      <w:r>
        <w:rPr>
          <w:b/>
        </w:rPr>
        <w:t>Quelles fonctions souhaitez-vous ? Exemples : formulaire, réservation, compte, boutique.</w:t>
      </w:r>
    </w:p>
    <w:p>
      <w:r>
        <w:rPr>
          <w:b w:val="0"/>
        </w:rPr>
        <w:t>________________________________________________________________________</w:t>
      </w:r>
    </w:p>
    <w:p>
      <w:r>
        <w:rPr>
          <w:b w:val="0"/>
        </w:rPr>
        <w:t>________________________________________________________________________</w:t>
      </w:r>
    </w:p>
    <w:p>
      <w:pPr>
        <w:keepNext/>
      </w:pPr>
      <w:r>
        <w:rPr>
          <w:b/>
        </w:rPr>
        <w:t>Disposez-vous des textes et photos ? Qui préparera les contenus manquants ?</w:t>
      </w:r>
    </w:p>
    <w:p>
      <w:r>
        <w:rPr>
          <w:b w:val="0"/>
        </w:rPr>
        <w:t>________________________________________________________________________</w:t>
      </w:r>
    </w:p>
    <w:p>
      <w:r>
        <w:rPr>
          <w:b w:val="0"/>
        </w:rPr>
        <w:t>________________________________________________________________________</w:t>
      </w:r>
    </w:p>
    <w:p>
      <w:pPr>
        <w:keepNext/>
      </w:pPr>
      <w:r>
        <w:rPr>
          <w:b/>
        </w:rPr>
        <w:t>Qui mettra à jour le site ? À quelle fréquence ?</w:t>
      </w:r>
    </w:p>
    <w:p>
      <w:r>
        <w:rPr>
          <w:b w:val="0"/>
        </w:rPr>
        <w:t>________________________________________________________________________</w:t>
      </w:r>
    </w:p>
    <w:p>
      <w:pPr>
        <w:keepNext/>
      </w:pPr>
      <w:r>
        <w:rPr>
          <w:b/>
        </w:rPr>
        <w:t>Avez-vous un nom de domaine ou un hébergement ? Qui en sera le titulaire ?</w:t>
      </w:r>
    </w:p>
    <w:p>
      <w:r>
        <w:rPr>
          <w:b w:val="0"/>
        </w:rPr>
        <w:t>________________________________________________________________________</w:t>
      </w:r>
    </w:p>
    <w:p>
      <w:pPr>
        <w:pStyle w:val="Heading1"/>
      </w:pPr>
      <w:r>
        <w:t>4 Votre calendrier et votre budget</w:t>
      </w:r>
    </w:p>
    <w:p>
      <w:pPr>
        <w:keepNext/>
      </w:pPr>
      <w:r>
        <w:rPr>
          <w:b/>
        </w:rPr>
        <w:t>Votre budget indicatif et les éventuels coûts récurrents acceptables</w:t>
      </w:r>
    </w:p>
    <w:p>
      <w:r>
        <w:rPr>
          <w:b w:val="0"/>
        </w:rPr>
        <w:t>________________________________________________________________________</w:t>
      </w:r>
    </w:p>
    <w:p>
      <w:pPr>
        <w:keepNext/>
      </w:pPr>
      <w:r>
        <w:rPr>
          <w:b/>
        </w:rPr>
        <w:t>Votre date souhaitée et les raisons de cette échéance</w:t>
      </w:r>
    </w:p>
    <w:p>
      <w:r>
        <w:rPr>
          <w:b w:val="0"/>
        </w:rPr>
        <w:t>________________________________________________________________________</w:t>
      </w:r>
    </w:p>
    <w:p>
      <w:pPr>
        <w:keepNext/>
      </w:pPr>
      <w:r>
        <w:rPr>
          <w:b/>
        </w:rPr>
        <w:t>Une précision ou une question pour Rémy ?</w:t>
      </w:r>
    </w:p>
    <w:p>
      <w:r>
        <w:rPr>
          <w:b w:val="0"/>
        </w:rPr>
        <w:t>________________________________________________________________________</w:t>
      </w:r>
    </w:p>
    <w:p>
      <w:r>
        <w:rPr>
          <w:b w:val="0"/>
        </w:rPr>
        <w:t>________________________________________________________________________</w:t>
      </w:r>
    </w:p>
    <w:p>
      <w:r>
        <w:rPr>
          <w:b w:val="0"/>
        </w:rPr>
        <w:t>Retour : remybarbaro068@gmail.com. Envoyez uniquement les informations utiles au projet, sans mot de passe, pièce d’identité ni coordonnées bancaires.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1008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Barbaro Studio  •  Modèle à compléter  /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8"/>
      </w:rPr>
      <w:t>BARBARO STUDIO   /   RÉMY BARBARO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